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Roofing Local SEO Plan</w:t>
      </w:r>
    </w:p>
    <w:p>
      <w:pPr>
        <w:spacing w:before="0" w:after="280" w:line="336" w:lineRule="auto"/>
      </w:pPr>
      <w:r>
        <w:rPr>
          <w:rFonts w:ascii="Valley Sans" w:hAnsi="Valley Sans" w:cs="Valley Sans" w:eastAsia="Valley Sans"/>
          <w:color w:val="4B5563"/>
          <w:sz w:val="24"/>
        </w:rPr>
        <w:t>Plan the pages, set up the Business Profile, collect reviews and track the calls that come from search.</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Roofing SEO is local SEO done thoroughly. This plan covers the pieces that decide whether a homeowner finds you: a Business Profile set up by Google's rules, a page for each service, city pages only where you have real work to show, steady reviews and a monthly check of the calls and forms that search brings in.</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plan</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Business Profile setup</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Service and city page map</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Review requests</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Job photos</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Directories and citations</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Monthly tracking</w:t>
      </w:r>
    </w:p>
    <w:p>
      <w:r>
        <w:br w:type="page"/>
      </w:r>
    </w:p>
    <w:p>
      <w:pPr>
        <w:spacing w:before="0" w:after="80" w:line="278" w:lineRule="auto"/>
        <w:keepNext w:val="1"/>
        <w:keepLines w:val="1"/>
      </w:pPr>
      <w:r>
        <w:rPr>
          <w:rFonts w:ascii="Parclo Serif" w:hAnsi="Parclo Serif" w:cs="Parclo Serif" w:eastAsia="Parclo Serif"/>
          <w:color w:val="1E1E1E"/>
          <w:sz w:val="38"/>
        </w:rPr>
        <w:t>How to use this plan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Work through it once to set everything up, then keep the photo, review and tracking pages going every month.</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Start with the Business Profile.</w:t>
      </w:r>
      <w:r>
        <w:rPr>
          <w:rFonts w:ascii="Valley Sans" w:hAnsi="Valley Sans" w:cs="Valley Sans" w:eastAsia="Valley Sans"/>
          <w:b w:val="0"/>
          <w:i w:val="0"/>
          <w:color w:val="1F2937"/>
          <w:sz w:val="20"/>
        </w:rPr>
        <w:t xml:space="preserve"> It decides whether you appear in the map results for searches near you.</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Build one page per service.</w:t>
      </w:r>
      <w:r>
        <w:rPr>
          <w:rFonts w:ascii="Valley Sans" w:hAnsi="Valley Sans" w:cs="Valley Sans" w:eastAsia="Valley Sans"/>
          <w:b w:val="0"/>
          <w:i w:val="0"/>
          <w:color w:val="1F2937"/>
          <w:sz w:val="20"/>
        </w:rPr>
        <w:t xml:space="preserve"> Roof repair, replacement, inspections and each roof type you install.</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Add city pages only where you have work to show.</w:t>
      </w:r>
      <w:r>
        <w:rPr>
          <w:rFonts w:ascii="Valley Sans" w:hAnsi="Valley Sans" w:cs="Valley Sans" w:eastAsia="Valley Sans"/>
          <w:b w:val="0"/>
          <w:i w:val="0"/>
          <w:color w:val="1F2937"/>
          <w:sz w:val="20"/>
        </w:rPr>
        <w:t xml:space="preserve"> Photos, projects and reviews from that area, not a copied template.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Ask every customer for a review.</w:t>
      </w:r>
      <w:r>
        <w:rPr>
          <w:rFonts w:ascii="Valley Sans" w:hAnsi="Valley Sans" w:cs="Valley Sans" w:eastAsia="Valley Sans"/>
          <w:b w:val="0"/>
          <w:i w:val="0"/>
          <w:color w:val="1F2937"/>
          <w:sz w:val="20"/>
        </w:rPr>
        <w:t xml:space="preserve"> Not only the happy ones, and never in exchange for a discount.</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Photograph every job.</w:t>
      </w:r>
      <w:r>
        <w:rPr>
          <w:rFonts w:ascii="Valley Sans" w:hAnsi="Valley Sans" w:cs="Valley Sans" w:eastAsia="Valley Sans"/>
          <w:b w:val="0"/>
          <w:i w:val="0"/>
          <w:color w:val="1F2937"/>
          <w:sz w:val="20"/>
        </w:rPr>
        <w:t xml:space="preserve"> Before, during and after, taken on site.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Track calls and forms each month.</w:t>
      </w:r>
      <w:r>
        <w:rPr>
          <w:rFonts w:ascii="Valley Sans" w:hAnsi="Valley Sans" w:cs="Valley Sans" w:eastAsia="Valley Sans"/>
          <w:b w:val="0"/>
          <w:i w:val="0"/>
          <w:color w:val="1F2937"/>
          <w:sz w:val="20"/>
        </w:rPr>
        <w:t xml:space="preserve"> Rankings are a guide, and booked inspections are the result.</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RULE THAT KEEPS CITY PAGES SAFE</w:t>
            </w:r>
          </w:p>
          <w:p>
            <w:pPr>
              <w:spacing w:before="0" w:after="40" w:line="331" w:lineRule="auto"/>
            </w:pPr>
            <w:r>
              <w:rPr>
                <w:rFonts w:ascii="Valley Sans" w:hAnsi="Valley Sans" w:cs="Valley Sans" w:eastAsia="Valley Sans"/>
                <w:b w:val="0"/>
                <w:i w:val="0"/>
                <w:color w:val="1F2937"/>
                <w:sz w:val="19"/>
              </w:rPr>
              <w:t>Google treats near-identical pages for different cities as doorway pages. A city page needs something only that city has, such as finished jobs, photos or reviews from customers there.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Business Profile setup</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Business name matches your signage and paperwork, with no added keywords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Primary category is Roofing contractor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Secondary categories only for work you earn money from, like Siding contractor or Gutter cleaning service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Address hidden if you work at customers' homes, with a service area set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Service area stays within about 2 hours' drive of your base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service listed with a short description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Hours, phone number and website link are correct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Logo, cover photo and recent job photos uploaded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review gets a reply, good or bad</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PRIMARY CATEGORY</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SECONDARY CATEGORIES</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SERVICE AREA TOWNS AND ZIP CODES</w:t>
            </w:r>
          </w:p>
          <w:p>
            <w:pPr>
              <w:spacing w:before="20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SERVICES LISTED</w:t>
            </w:r>
          </w:p>
          <w:p>
            <w:pPr>
              <w:spacing w:before="20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KEEP THE DETAILS IDENTICAL</w:t>
            </w:r>
          </w:p>
          <w:p>
            <w:pPr>
              <w:spacing w:before="0" w:after="40" w:line="331" w:lineRule="auto"/>
            </w:pPr>
            <w:r>
              <w:rPr>
                <w:rFonts w:ascii="Valley Sans" w:hAnsi="Valley Sans" w:cs="Valley Sans" w:eastAsia="Valley Sans"/>
                <w:b w:val="0"/>
                <w:i w:val="0"/>
                <w:color w:val="1F2937"/>
                <w:sz w:val="19"/>
              </w:rPr>
              <w:t>Use exactly the same business name, phone number and website on the profile, the website and every directory, so Google can connect them to one business.</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Service and city page map</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One page per service comes first. Fill in the proof column before writing, because the proof is what makes the page worth ranking.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TARGET SEARCH</w:t>
            </w:r>
          </w:p>
        </w:tc>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PROOF ON THE PAGE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STATUS</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repair</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repair [city]</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Leak and storm repair photos, how a repair visit works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replacement</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replacement [city]</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Materials offered, warranties, finished jobs</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inspection</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roof inspection [city]</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the inspection covers, a sample report</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Storm and hail damage</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hail damage roof repair [city]</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Insurance claim steps, before and after photos</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Metal roofing</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metal roofing [city]</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Metal jobs, panel types and colors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City pages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CITY</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JOBS DONE THERE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PHOTOS</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REVIEWS FROM THERE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BUILD IT?</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WHEN A CITY PAGE EARNS ITS PLACE</w:t>
            </w:r>
          </w:p>
          <w:p>
            <w:pPr>
              <w:spacing w:before="0" w:after="40" w:line="331" w:lineRule="auto"/>
            </w:pPr>
            <w:r>
              <w:rPr>
                <w:rFonts w:ascii="Valley Sans" w:hAnsi="Valley Sans" w:cs="Valley Sans" w:eastAsia="Valley Sans"/>
                <w:b w:val="0"/>
                <w:i w:val="0"/>
                <w:color w:val="1F2937"/>
                <w:sz w:val="19"/>
              </w:rPr>
              <w:t>Build it when you have finished jobs, photos or reviews from that city. If the only change would be the city name, list the city on your service area page instead.</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Review requests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Send one of these on the day the job is finished, to every customer.</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TEXT MESSAGE</w:t>
            </w:r>
          </w:p>
          <w:p>
            <w:pPr>
              <w:spacing w:before="0" w:after="40" w:line="331" w:lineRule="auto"/>
            </w:pPr>
            <w:r>
              <w:rPr>
                <w:rFonts w:ascii="Valley Sans" w:hAnsi="Valley Sans" w:cs="Valley Sans" w:eastAsia="Valley Sans"/>
                <w:b w:val="0"/>
                <w:i w:val="0"/>
                <w:color w:val="1F2937"/>
                <w:sz w:val="19"/>
              </w:rPr>
              <w:t>Hi [Name], thanks for choosing [Business] for your roof. If you have a minute, a Google review helps other homeowners find us: [review link]. Thank you.</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EMAIL</w:t>
            </w:r>
          </w:p>
          <w:p>
            <w:pPr>
              <w:spacing w:before="0" w:after="80" w:line="331" w:lineRule="auto"/>
            </w:pPr>
            <w:r>
              <w:rPr>
                <w:rFonts w:ascii="Valley Sans" w:hAnsi="Valley Sans" w:cs="Valley Sans" w:eastAsia="Valley Sans"/>
                <w:b w:val="0"/>
                <w:i w:val="0"/>
                <w:color w:val="1F2937"/>
                <w:sz w:val="19"/>
              </w:rPr>
              <w:t>Subject: How did we do on your roof?</w:t>
            </w:r>
          </w:p>
          <w:p>
            <w:pPr>
              <w:spacing w:before="0" w:after="80" w:line="331" w:lineRule="auto"/>
            </w:pPr>
            <w:r>
              <w:rPr>
                <w:rFonts w:ascii="Valley Sans" w:hAnsi="Valley Sans" w:cs="Valley Sans" w:eastAsia="Valley Sans"/>
                <w:b w:val="0"/>
                <w:i w:val="0"/>
                <w:color w:val="1F2937"/>
                <w:sz w:val="19"/>
              </w:rPr>
              <w:t>Hi [Name], thank you for trusting us with your roof on [street]. We would value your honest review on Google, and it takes about a minute: [review link].</w:t>
            </w:r>
          </w:p>
          <w:p>
            <w:pPr>
              <w:spacing w:before="0" w:after="40" w:line="331" w:lineRule="auto"/>
            </w:pPr>
            <w:r>
              <w:rPr>
                <w:rFonts w:ascii="Valley Sans" w:hAnsi="Valley Sans" w:cs="Valley Sans" w:eastAsia="Valley Sans"/>
                <w:b w:val="0"/>
                <w:i w:val="0"/>
                <w:color w:val="1F2937"/>
                <w:sz w:val="19"/>
              </w:rPr>
              <w:t>[Your name], [Business]</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GOOGLE'S REVIEW RULES</w:t>
            </w:r>
          </w:p>
          <w:p>
            <w:pPr>
              <w:spacing w:before="0" w:after="80" w:line="331" w:lineRule="auto"/>
            </w:pPr>
            <w:r>
              <w:rPr>
                <w:rFonts w:ascii="Valley Sans" w:hAnsi="Valley Sans" w:cs="Valley Sans" w:eastAsia="Valley Sans"/>
                <w:b w:val="0"/>
                <w:i w:val="0"/>
                <w:color w:val="1F2937"/>
                <w:sz w:val="19"/>
              </w:rPr>
              <w:t>Ask every customer, not only the happy ones.</w:t>
            </w:r>
          </w:p>
          <w:p>
            <w:pPr>
              <w:spacing w:before="0" w:after="80" w:line="331" w:lineRule="auto"/>
            </w:pPr>
            <w:r>
              <w:rPr>
                <w:rFonts w:ascii="Valley Sans" w:hAnsi="Valley Sans" w:cs="Valley Sans" w:eastAsia="Valley Sans"/>
                <w:b w:val="0"/>
                <w:i w:val="0"/>
                <w:color w:val="1F2937"/>
                <w:sz w:val="19"/>
              </w:rPr>
              <w:t>Never offer a discount, gift or payment for a review.</w:t>
            </w:r>
          </w:p>
          <w:p>
            <w:pPr>
              <w:spacing w:before="0" w:after="40" w:line="331" w:lineRule="auto"/>
            </w:pPr>
            <w:r>
              <w:rPr>
                <w:rFonts w:ascii="Valley Sans" w:hAnsi="Valley Sans" w:cs="Valley Sans" w:eastAsia="Valley Sans"/>
                <w:b w:val="0"/>
                <w:i w:val="0"/>
                <w:color w:val="1F2937"/>
                <w:sz w:val="19"/>
              </w:rPr>
              <w:t>Reply to every review, and to the negative ones first.</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Job photos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Before photo of the roof and the damage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Close-ups of problem areas, like leaks, missing shingles or flashing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crew at work, with safety gear visible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finished roof from the street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Materials and product labels where they matter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Photos taken on site, so the location is real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homeowner's permission noted for photos of the house</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JOB</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AREA</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PHOTOS TAKEN</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ON THE PROFILE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ON A PAGE</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Directories and citations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DIRECTORY</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LISTED</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DETAILS MATCH</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NOTES</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Google Business Profile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Bing Places</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Apple Business Connect</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Yelp</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Better Business Bureau</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Angi</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Houzz</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Nextdoor</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Manufacturer directory (GAF, Owens Corning, CertainTeed)</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Local chamber of commerce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Suppliers and trade associations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MANUFACTURER DIRECTORIES</w:t>
            </w:r>
          </w:p>
          <w:p>
            <w:pPr>
              <w:spacing w:before="0" w:after="40" w:line="331" w:lineRule="auto"/>
            </w:pPr>
            <w:r>
              <w:rPr>
                <w:rFonts w:ascii="Valley Sans" w:hAnsi="Valley Sans" w:cs="Valley Sans" w:eastAsia="Valley Sans"/>
                <w:b w:val="0"/>
                <w:i w:val="0"/>
                <w:color w:val="1F2937"/>
                <w:sz w:val="19"/>
              </w:rPr>
              <w:t>Shingle makers list their certified installers in contractor finders that homeowners use. If you hold a certification, make sure your listing is live and links to your site.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Monthly tracking</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MONTH</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CALLS FROM SEARCH</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FORM LEADS</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PROFILE CALLS AND DIRECTIONS</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REVIEWS</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JOBS BOOKED</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NUMBER THAT MATTERS</w:t>
            </w:r>
          </w:p>
          <w:p>
            <w:pPr>
              <w:spacing w:before="0" w:after="40" w:line="331" w:lineRule="auto"/>
            </w:pPr>
            <w:r>
              <w:rPr>
                <w:rFonts w:ascii="Valley Sans" w:hAnsi="Valley Sans" w:cs="Valley Sans" w:eastAsia="Valley Sans"/>
                <w:b w:val="0"/>
                <w:i w:val="0"/>
                <w:color w:val="1F2937"/>
                <w:sz w:val="19"/>
              </w:rPr>
              <w:t>Rankings move every day. Booked inspections and jobs from search are what tell you whether the work is paying off.</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Roofing SEO Plan</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